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5ACA0" w14:textId="77777777" w:rsidR="00527D7D" w:rsidRPr="00682004" w:rsidRDefault="00527D7D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DCBF93B" w14:textId="77777777" w:rsidR="00682004" w:rsidRPr="00682004" w:rsidRDefault="00682004" w:rsidP="0068200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bCs/>
          <w:sz w:val="24"/>
          <w:szCs w:val="24"/>
          <w:lang w:val="it-IT"/>
        </w:rPr>
        <w:t>Al Dirigente Scolastico</w:t>
      </w:r>
    </w:p>
    <w:p w14:paraId="2F76235E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CEA27D4" w14:textId="77777777" w:rsid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8072876" w14:textId="08860576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bCs/>
          <w:sz w:val="24"/>
          <w:szCs w:val="24"/>
          <w:lang w:val="it-IT"/>
        </w:rPr>
        <w:t>Oggetto</w:t>
      </w:r>
      <w:r w:rsidRPr="00682004">
        <w:rPr>
          <w:rFonts w:ascii="Times New Roman" w:hAnsi="Times New Roman" w:cs="Times New Roman"/>
          <w:sz w:val="24"/>
          <w:szCs w:val="24"/>
          <w:lang w:val="it-IT"/>
        </w:rPr>
        <w:t>: Richiesta di fruizione dei permessi art. 33, comma 3, legge 5 febbraio 1992, n. 104</w:t>
      </w:r>
    </w:p>
    <w:p w14:paraId="1B8DC245" w14:textId="77777777" w:rsid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6EDB961" w14:textId="77777777" w:rsid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D368EAD" w14:textId="6E06F263" w:rsid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sottoscritto/a</w:t>
      </w:r>
    </w:p>
    <w:p w14:paraId="41CD41B4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10C4622" w14:textId="3F15C53B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Cognome __________________________________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____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Nome _________________________________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</w:p>
    <w:p w14:paraId="65CBA271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EEB6489" w14:textId="0D362150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nato/a il 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_____________________________________________________________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</w:p>
    <w:p w14:paraId="07235D57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77CC1FA" w14:textId="051517E1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residente in ______________________________________ Via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______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__________________________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___</w:t>
      </w:r>
    </w:p>
    <w:p w14:paraId="4FBBF43F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82A3E01" w14:textId="1EA0D06D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CAP __________ Comune ________________________________________________ Provincia _______</w:t>
      </w:r>
    </w:p>
    <w:p w14:paraId="3D43375B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67999051" w14:textId="46958FF8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Telefono ______________________________ E-mail __________________________________________</w:t>
      </w:r>
    </w:p>
    <w:p w14:paraId="6D7DDB22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942591B" w14:textId="41037AE0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in servizio presso questo Istituto con la qualifica di ___________________________________________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</w:p>
    <w:p w14:paraId="68713C92" w14:textId="77777777" w:rsidR="00682004" w:rsidRPr="00682004" w:rsidRDefault="00682004" w:rsidP="0068200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16126F1" w14:textId="104CAC0E" w:rsidR="00682004" w:rsidRPr="00682004" w:rsidRDefault="00682004" w:rsidP="00682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CHIEDE</w:t>
      </w:r>
    </w:p>
    <w:p w14:paraId="00C6A76F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71FC5FE" w14:textId="5B2DA2AD" w:rsid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di poter fruire dei permessi retribuiti previsti dall’art. 33, comma 3, della Legge 5 febbraio 1992, n. 104 e successive modificazioni e integrazioni, per prestare assistenza alla seguente persona con disabilità in situazione di gravità.</w:t>
      </w:r>
    </w:p>
    <w:p w14:paraId="7189A757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8FB5DF7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1. PERSONA ASSISTITA</w:t>
      </w:r>
    </w:p>
    <w:p w14:paraId="1D1B800C" w14:textId="5EB48CA3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Cognome __________________________________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Nome _________________________________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</w:p>
    <w:p w14:paraId="430BFEC9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E3A483A" w14:textId="41369692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nato/a il 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_____________________________________________________________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___</w:t>
      </w:r>
    </w:p>
    <w:p w14:paraId="5CF19F6D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C7E07F1" w14:textId="0D048712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residente in ______________________________________ Via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______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__________________________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__</w:t>
      </w:r>
    </w:p>
    <w:p w14:paraId="4A037F3E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3354D70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CAP __________ Comune ________________________________________________ Provincia _______</w:t>
      </w:r>
    </w:p>
    <w:p w14:paraId="58AD8A85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3E8903F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2. RAPPORTO CON LA PERSONA ASSISTITA</w:t>
      </w:r>
    </w:p>
    <w:p w14:paraId="1BF2A212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Coniuge</w:t>
      </w:r>
    </w:p>
    <w:p w14:paraId="46405691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Parte di un’unione civile</w:t>
      </w:r>
    </w:p>
    <w:p w14:paraId="2D45E433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Convivente di fatto</w:t>
      </w:r>
    </w:p>
    <w:p w14:paraId="6D50451A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Figlio/a</w:t>
      </w:r>
    </w:p>
    <w:p w14:paraId="3B77E8B6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Figlio/a adottivo/a o affidato/a</w:t>
      </w:r>
    </w:p>
    <w:p w14:paraId="0227681C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Parente o affine entro il 2° grado</w:t>
      </w:r>
    </w:p>
    <w:p w14:paraId="3CD1B36B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Parente o affine entro il 3° grado, nei casi previsti dalla normativa vigente</w:t>
      </w:r>
    </w:p>
    <w:p w14:paraId="53DCE105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Specificare il rapporto di parentela/affinità:</w:t>
      </w:r>
    </w:p>
    <w:p w14:paraId="41D3E1E5" w14:textId="77777777" w:rsidR="00C34730" w:rsidRDefault="00C34730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BB162CB" w14:textId="1553904F" w:rsidR="00682004" w:rsidRPr="00682004" w:rsidRDefault="00211D49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pict w14:anchorId="38847F40">
          <v:rect id="_x0000_i1025" style="width:0;height:1.5pt" o:hrstd="t" o:hr="t" fillcolor="#a0a0a0" stroked="f"/>
        </w:pict>
      </w:r>
    </w:p>
    <w:p w14:paraId="3F27E7C1" w14:textId="4F843749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3. CONVIVENZA</w:t>
      </w:r>
    </w:p>
    <w:p w14:paraId="78F2A110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La persona assistita è convivente con il/la richiedente.</w:t>
      </w:r>
    </w:p>
    <w:p w14:paraId="0F19EDBC" w14:textId="77777777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La persona assistita non è convivente con il/la richiedente.</w:t>
      </w:r>
    </w:p>
    <w:p w14:paraId="349E35A2" w14:textId="77777777" w:rsidR="00AA48F5" w:rsidRDefault="00AA48F5" w:rsidP="00B936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0C1EFC7" w14:textId="771D2841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4. RICONOSCIMENTO DELLA DISABILITÀ GRAVE</w:t>
      </w:r>
    </w:p>
    <w:p w14:paraId="5B18A51F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La persona assistita è stata riconosciuta in situazione di disabilità grave ai sensi dell’art. 3, comma 3, della Legge n. 104/1992:</w:t>
      </w:r>
    </w:p>
    <w:p w14:paraId="5B836B9B" w14:textId="120DC5B8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Sì, con verbale della competente Commissione del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________.</w:t>
      </w:r>
    </w:p>
    <w:p w14:paraId="5BC3EEE0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È in corso una procedura di revisione/accertamento, come da documentazione allegata.</w:t>
      </w:r>
    </w:p>
    <w:p w14:paraId="1620C0CC" w14:textId="77777777" w:rsid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6AFF1DA" w14:textId="7A5E7E50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La persona assistita:</w:t>
      </w:r>
    </w:p>
    <w:p w14:paraId="26DDEFF2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non è ricoverata a tempo pieno presso struttura ospedaliera o istituto specializzato;</w:t>
      </w:r>
    </w:p>
    <w:p w14:paraId="2B4ACFC9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è ricoverata a tempo pieno, ricorrendo una delle eccezioni previste dalla normativa vigente.</w:t>
      </w:r>
    </w:p>
    <w:p w14:paraId="32652A9D" w14:textId="77777777" w:rsid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01226B0" w14:textId="0190FDCC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5. FRUIZIONE DEI PERMESSI DA PARTE DI ALTRI LAVORATORI</w:t>
      </w:r>
    </w:p>
    <w:p w14:paraId="03631185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Per la medesima persona assistita:</w:t>
      </w:r>
    </w:p>
    <w:p w14:paraId="0AA3DE3B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non risultano altri lavoratori che fruiscono dei permessi di cui all’art. 33, comma 3, della Legge n. 104/1992;</w:t>
      </w:r>
    </w:p>
    <w:p w14:paraId="4B9138C7" w14:textId="7777777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altri lavoratori fruiscono dei medesimi permessi, che saranno utilizzati in via alternativa con il/la sottoscritto/a, nel rispetto del limite complessivo previsto dalla normativa vigente.</w:t>
      </w:r>
    </w:p>
    <w:p w14:paraId="7600FDF1" w14:textId="77777777" w:rsid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D3BFEBD" w14:textId="6E20A904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u w:val="single"/>
          <w:lang w:val="it-IT"/>
        </w:rPr>
        <w:t>Eventuale altro lavoratore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:</w:t>
      </w:r>
    </w:p>
    <w:p w14:paraId="21A86756" w14:textId="2383E0CB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Cognome e nom</w:t>
      </w:r>
      <w:r w:rsidR="00C347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e 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_________________________________________________________________________</w:t>
      </w:r>
    </w:p>
    <w:p w14:paraId="685B08D4" w14:textId="77777777" w:rsid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4911D71" w14:textId="2AC92BA8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Rapporto con la persona assistita _______________________________________________</w:t>
      </w:r>
    </w:p>
    <w:p w14:paraId="378E61D7" w14:textId="77777777" w:rsid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E2351AA" w14:textId="029DAD47" w:rsidR="00682004" w:rsidRPr="00682004" w:rsidRDefault="00682004" w:rsidP="00B93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Datore di lavoro __________________________________________________________________________</w:t>
      </w:r>
    </w:p>
    <w:p w14:paraId="47AB3E02" w14:textId="77777777" w:rsid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425ADF1" w14:textId="77777777" w:rsidR="00C34730" w:rsidRDefault="00C34730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C00C9E4" w14:textId="6C4C56CF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6. DICHIARAZIONI</w:t>
      </w:r>
    </w:p>
    <w:p w14:paraId="154DEF38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sottoscritto/a dichiara:</w:t>
      </w:r>
    </w:p>
    <w:p w14:paraId="69DF0471" w14:textId="77777777" w:rsid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 essere in possesso dei requisiti previsti dall’art. 33, comma 3, della Legge n. 104/1992 e dalla normativa vigente;</w:t>
      </w:r>
    </w:p>
    <w:p w14:paraId="2BBA5FBC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 prestare assistenza alla persona con disabilità sopra indicata, nel rispetto delle condizioni previste dalla normativa vigente;</w:t>
      </w:r>
    </w:p>
    <w:p w14:paraId="27F76C5D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 essere consapevole che, qualora più lavoratori siano autorizzati per l’assistenza alla medesima persona, la fruizione dei permessi avviene in via alternativa, nel rispetto del limite complessivo previsto dalla normativa vigente;</w:t>
      </w:r>
    </w:p>
    <w:p w14:paraId="5A05070C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 essere a conoscenza che il diritto alla fruizione dei permessi è subordinato al permanere dei requisiti previsti dalla normativa vigente;</w:t>
      </w:r>
    </w:p>
    <w:p w14:paraId="0DEC3A58" w14:textId="77777777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 impegnarsi a comunicare tempestivamente alla Segreteria dell’Istituto qualsiasi variazione della situazione di fatto o di diritto che possa comportare la perdita, la modifica o la sospensione del diritto alla fruizione dei permessi.</w:t>
      </w:r>
    </w:p>
    <w:p w14:paraId="55AE8D28" w14:textId="77777777" w:rsid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A86F36C" w14:textId="6E949895" w:rsidR="00682004" w:rsidRPr="00682004" w:rsidRDefault="00682004" w:rsidP="006820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In particolare, si impegna a comunicare:</w:t>
      </w:r>
    </w:p>
    <w:p w14:paraId="66354B93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ricovero a tempo pieno della persona assistita, qualora rilevante ai fini della fruizione dei permessi;</w:t>
      </w:r>
    </w:p>
    <w:p w14:paraId="25A14256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revisione o modifica del riconoscimento della disabilità grave;</w:t>
      </w:r>
    </w:p>
    <w:p w14:paraId="367AA15A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variazione del rapporto di parentela, affinità, unione civile o convivenza di fatto;</w:t>
      </w:r>
    </w:p>
    <w:p w14:paraId="198CD7CF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variazione delle condizioni previste dalla normativa;</w:t>
      </w:r>
    </w:p>
    <w:p w14:paraId="4B3FD912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variazione delle modalità di fruizione dei permessi;</w:t>
      </w:r>
    </w:p>
    <w:p w14:paraId="6B775C35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l’eventuale fruizione dei permessi da parte di altri lavoratori per la medesima persona assistita;</w:t>
      </w:r>
    </w:p>
    <w:p w14:paraId="5D1940D5" w14:textId="77777777" w:rsidR="00682004" w:rsidRPr="00682004" w:rsidRDefault="00682004" w:rsidP="0068200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ogni altra circostanza che possa incidere sul possesso dei requisiti.</w:t>
      </w:r>
    </w:p>
    <w:p w14:paraId="12F2C927" w14:textId="77777777" w:rsidR="00682004" w:rsidRDefault="00682004" w:rsidP="006820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CD914A8" w14:textId="246A0948" w:rsidR="00682004" w:rsidRPr="00682004" w:rsidRDefault="00682004" w:rsidP="006820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7. DOCUMENTAZIONE</w:t>
      </w:r>
    </w:p>
    <w:p w14:paraId="1EFA2C60" w14:textId="30C96541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Verbale/certificazione attestante la situazione di disabilità grave ai sensi dell’art. 3, comma 3, della Legge n. 104/1992</w:t>
      </w:r>
      <w:r w:rsidR="00B93637">
        <w:rPr>
          <w:rFonts w:ascii="Times New Roman" w:hAnsi="Times New Roman" w:cs="Times New Roman"/>
          <w:bCs/>
          <w:sz w:val="24"/>
          <w:szCs w:val="24"/>
          <w:lang w:val="it-IT"/>
        </w:rPr>
        <w:t>;</w:t>
      </w:r>
    </w:p>
    <w:p w14:paraId="7E853351" w14:textId="6B738EA0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Documentazione relativa al rapporto di parentela, affinità, adozione o affidamento, ove </w:t>
      </w:r>
      <w:r w:rsidR="00B93637" w:rsidRPr="00682004">
        <w:rPr>
          <w:rFonts w:ascii="Times New Roman" w:hAnsi="Times New Roman" w:cs="Times New Roman"/>
          <w:bCs/>
          <w:sz w:val="24"/>
          <w:szCs w:val="24"/>
          <w:lang w:val="it-IT"/>
        </w:rPr>
        <w:t>necessari</w:t>
      </w:r>
      <w:r w:rsidR="00EA05F3">
        <w:rPr>
          <w:rFonts w:ascii="Times New Roman" w:hAnsi="Times New Roman" w:cs="Times New Roman"/>
          <w:bCs/>
          <w:sz w:val="24"/>
          <w:szCs w:val="24"/>
          <w:lang w:val="it-IT"/>
        </w:rPr>
        <w:t>a</w:t>
      </w:r>
      <w:r w:rsidR="00B93637">
        <w:rPr>
          <w:rFonts w:ascii="Times New Roman" w:hAnsi="Times New Roman" w:cs="Times New Roman"/>
          <w:bCs/>
          <w:sz w:val="24"/>
          <w:szCs w:val="24"/>
          <w:lang w:val="it-IT"/>
        </w:rPr>
        <w:t>;</w:t>
      </w:r>
    </w:p>
    <w:p w14:paraId="570E9F76" w14:textId="61C41AFB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Documentazione relativa all’unione civile o alla convivenza di fatto, ove </w:t>
      </w:r>
      <w:r w:rsidR="00B93637" w:rsidRPr="00682004">
        <w:rPr>
          <w:rFonts w:ascii="Times New Roman" w:hAnsi="Times New Roman" w:cs="Times New Roman"/>
          <w:bCs/>
          <w:sz w:val="24"/>
          <w:szCs w:val="24"/>
          <w:lang w:val="it-IT"/>
        </w:rPr>
        <w:t>necessari</w:t>
      </w:r>
      <w:r w:rsidR="00EA05F3">
        <w:rPr>
          <w:rFonts w:ascii="Times New Roman" w:hAnsi="Times New Roman" w:cs="Times New Roman"/>
          <w:bCs/>
          <w:sz w:val="24"/>
          <w:szCs w:val="24"/>
          <w:lang w:val="it-IT"/>
        </w:rPr>
        <w:t>a</w:t>
      </w:r>
      <w:r w:rsidR="00B93637">
        <w:rPr>
          <w:rFonts w:ascii="Times New Roman" w:hAnsi="Times New Roman" w:cs="Times New Roman"/>
          <w:bCs/>
          <w:sz w:val="24"/>
          <w:szCs w:val="24"/>
          <w:lang w:val="it-IT"/>
        </w:rPr>
        <w:t>;</w:t>
      </w:r>
    </w:p>
    <w:p w14:paraId="67086794" w14:textId="77777777" w:rsid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Segoe UI Symbol" w:hAnsi="Segoe UI Symbol" w:cs="Segoe UI Symbol"/>
          <w:bCs/>
          <w:sz w:val="24"/>
          <w:szCs w:val="24"/>
          <w:lang w:val="it-IT"/>
        </w:rPr>
        <w:t>☐</w:t>
      </w: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Altra documentazione richiesta dall’Amministrazione:</w:t>
      </w:r>
    </w:p>
    <w:p w14:paraId="2AAE7431" w14:textId="77777777" w:rsidR="00AA48F5" w:rsidRDefault="00AA48F5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87A8051" w14:textId="77777777" w:rsidR="00682004" w:rsidRPr="00682004" w:rsidRDefault="00211D49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pict w14:anchorId="4E1284A7">
          <v:rect id="_x0000_i1026" style="width:0;height:1.5pt" o:hrstd="t" o:hr="t" fillcolor="#a0a0a0" stroked="f"/>
        </w:pict>
      </w:r>
    </w:p>
    <w:p w14:paraId="3149B68A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E997E51" w14:textId="6E6845C6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sottoscritto/a dichiara che la documentazione prodotta è idonea a comprovare, per quanto di propria competenza, il possesso dei requisiti richiesti dalla normativa vigente.</w:t>
      </w:r>
    </w:p>
    <w:p w14:paraId="5788A00F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18FA992" w14:textId="73EC9E7A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8. DICHIARAZIONE DI RESPONSABILITÀ</w:t>
      </w:r>
    </w:p>
    <w:p w14:paraId="7F68E5BB" w14:textId="77777777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sottoscritto/a, consapevole delle responsabilità e delle conseguenze previste dalla normativa vigente in caso di dichiarazioni mendaci, falsità negli atti e uso di atti falsi, ai sensi del D.P.R. 28 dicembre 2000, n. 445,</w:t>
      </w:r>
    </w:p>
    <w:p w14:paraId="29E86CEE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64230C4" w14:textId="2F715576" w:rsidR="00682004" w:rsidRPr="00682004" w:rsidRDefault="00682004" w:rsidP="00CB43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DICHIARA</w:t>
      </w:r>
    </w:p>
    <w:p w14:paraId="4038F649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6455C1EB" w14:textId="54A7B0DD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che tutte le informazioni e le dichiarazioni contenute nella presente richiesta corrispondono al vero.</w:t>
      </w:r>
    </w:p>
    <w:p w14:paraId="7FBE9B55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8FD31CE" w14:textId="644D2CDA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Dichiara inoltre di essere consapevole che l’Amministrazione può procedere ai controlli previsti dalla normativa sulla veridicità delle dichiarazioni rese e che, in caso di dichiarazioni non veritiere, possono trovare applicazione le conseguenze previste dagli artt. 75 e 76 del D.P.R. n. 445/2000.</w:t>
      </w:r>
    </w:p>
    <w:p w14:paraId="757802B2" w14:textId="77777777" w:rsidR="00AA48F5" w:rsidRDefault="00AA48F5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46C9915" w14:textId="119753D6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sottoscritto/a si impegna a comunicare tempestivamente ogni variazione delle condizioni dichiarate che possa incidere sul diritto alla fruizione dei permessi.</w:t>
      </w:r>
    </w:p>
    <w:p w14:paraId="1333FA75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5398E06" w14:textId="75C49FD1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/>
          <w:sz w:val="24"/>
          <w:szCs w:val="24"/>
          <w:lang w:val="it-IT"/>
        </w:rPr>
        <w:t>9. TRATTAMENTO DEI DATI PERSONALI</w:t>
      </w:r>
    </w:p>
    <w:p w14:paraId="4C0A5C63" w14:textId="77777777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Il/La sottoscritto/a dichiara di aver preso visione dell’informativa sul trattamento dei dati personali adottata dall’Amministrazione ai sensi del Regolamento (UE) 2016/679 (GDPR) e del </w:t>
      </w:r>
      <w:proofErr w:type="spellStart"/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D.Lgs.</w:t>
      </w:r>
      <w:proofErr w:type="spellEnd"/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30 giugno 2003, n. 196, come modificato dal </w:t>
      </w:r>
      <w:proofErr w:type="spellStart"/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D.Lgs.</w:t>
      </w:r>
      <w:proofErr w:type="spellEnd"/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n. 101/2018.</w:t>
      </w:r>
    </w:p>
    <w:p w14:paraId="6C091F94" w14:textId="77777777" w:rsidR="00CB430C" w:rsidRDefault="00CB430C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487247F" w14:textId="4C1C12C6" w:rsidR="00682004" w:rsidRPr="00682004" w:rsidRDefault="00682004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82004">
        <w:rPr>
          <w:rFonts w:ascii="Times New Roman" w:hAnsi="Times New Roman" w:cs="Times New Roman"/>
          <w:bCs/>
          <w:sz w:val="24"/>
          <w:szCs w:val="24"/>
          <w:lang w:val="it-IT"/>
        </w:rPr>
        <w:t>Prende atto che i dati personali forniti, compresi quelli appartenenti a categorie particolari eventualmente necessari per la gestione della presente richiesta, saranno trattati dall’Amministrazione esclusivamente per le finalità connesse alla verifica dei requisiti e alla gestione dei benefici richiesti, nel rispetto della normativa vigente in materia di protezione dei dati personali.</w:t>
      </w:r>
    </w:p>
    <w:p w14:paraId="2472FCE1" w14:textId="77777777" w:rsidR="001A0A0F" w:rsidRDefault="001A0A0F" w:rsidP="00CB430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BE80E25" w14:textId="4A21B723" w:rsidR="00682004" w:rsidRDefault="00211D49" w:rsidP="00211D49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   </w:t>
      </w:r>
      <w:r w:rsidR="00682004" w:rsidRPr="00682004">
        <w:rPr>
          <w:rFonts w:ascii="Times New Roman" w:hAnsi="Times New Roman" w:cs="Times New Roman"/>
          <w:bCs/>
          <w:sz w:val="24"/>
          <w:szCs w:val="24"/>
          <w:lang w:val="it-IT"/>
        </w:rPr>
        <w:t>IL/LA RICHIEDENTE</w:t>
      </w:r>
    </w:p>
    <w:p w14:paraId="168D12BE" w14:textId="77777777" w:rsidR="00211D49" w:rsidRDefault="00211D49" w:rsidP="00CB430C">
      <w:pPr>
        <w:spacing w:after="0" w:line="240" w:lineRule="auto"/>
        <w:ind w:left="4320" w:firstLine="72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64FD9D2D" w14:textId="0A7B841F" w:rsidR="00527D7D" w:rsidRPr="00682004" w:rsidRDefault="00211D49" w:rsidP="00211D49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_________________________</w:t>
      </w:r>
    </w:p>
    <w:sectPr w:rsidR="00527D7D" w:rsidRPr="00682004" w:rsidSect="00AA48F5">
      <w:headerReference w:type="default" r:id="rId8"/>
      <w:footerReference w:type="default" r:id="rId9"/>
      <w:pgSz w:w="12240" w:h="15840"/>
      <w:pgMar w:top="426" w:right="851" w:bottom="567" w:left="851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E7BEC" w14:textId="77777777" w:rsidR="00AA48F5" w:rsidRDefault="00AA48F5" w:rsidP="00AA48F5">
      <w:pPr>
        <w:spacing w:after="0" w:line="240" w:lineRule="auto"/>
      </w:pPr>
      <w:r>
        <w:separator/>
      </w:r>
    </w:p>
  </w:endnote>
  <w:endnote w:type="continuationSeparator" w:id="0">
    <w:p w14:paraId="4C0E6320" w14:textId="77777777" w:rsidR="00AA48F5" w:rsidRDefault="00AA48F5" w:rsidP="00AA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66B2" w14:textId="77777777" w:rsidR="00AA48F5" w:rsidRDefault="00AA48F5" w:rsidP="00AA48F5">
    <w:pPr>
      <w:pStyle w:val="Intestazione"/>
      <w:tabs>
        <w:tab w:val="center" w:pos="5387"/>
        <w:tab w:val="right" w:pos="9214"/>
      </w:tabs>
      <w:ind w:left="-567" w:right="-568"/>
      <w:rPr>
        <w:rFonts w:ascii="Times" w:hAnsi="Times"/>
        <w:b/>
        <w:sz w:val="18"/>
      </w:rPr>
    </w:pPr>
    <w:proofErr w:type="spellStart"/>
    <w:r w:rsidRPr="009B7445">
      <w:rPr>
        <w:rFonts w:ascii="Times" w:hAnsi="Times"/>
        <w:i/>
        <w:sz w:val="18"/>
      </w:rPr>
      <w:t>Sede</w:t>
    </w:r>
    <w:proofErr w:type="spellEnd"/>
    <w:r w:rsidRPr="009B7445">
      <w:rPr>
        <w:rFonts w:ascii="Times" w:hAnsi="Times"/>
        <w:i/>
        <w:sz w:val="18"/>
      </w:rPr>
      <w:t xml:space="preserve">: </w:t>
    </w:r>
    <w:r w:rsidRPr="009B7445">
      <w:rPr>
        <w:rFonts w:ascii="Times" w:hAnsi="Times"/>
        <w:b/>
        <w:sz w:val="18"/>
      </w:rPr>
      <w:t>Corso Novara 65 – 10154 Torino</w:t>
    </w:r>
    <w:r>
      <w:rPr>
        <w:rFonts w:ascii="Times" w:hAnsi="Times"/>
        <w:b/>
        <w:sz w:val="18"/>
      </w:rPr>
      <w:t xml:space="preserve"> - </w:t>
    </w:r>
    <w:r w:rsidRPr="009B7445">
      <w:rPr>
        <w:rFonts w:ascii="Times" w:hAnsi="Times"/>
        <w:i/>
        <w:sz w:val="18"/>
      </w:rPr>
      <w:t>Tel.</w:t>
    </w:r>
    <w:r w:rsidRPr="009B7445">
      <w:rPr>
        <w:rFonts w:ascii="Times" w:hAnsi="Times"/>
        <w:b/>
        <w:sz w:val="18"/>
      </w:rPr>
      <w:t xml:space="preserve"> 0112482089</w:t>
    </w:r>
    <w:r>
      <w:rPr>
        <w:rFonts w:ascii="Times" w:hAnsi="Times"/>
        <w:b/>
        <w:sz w:val="18"/>
      </w:rPr>
      <w:tab/>
    </w:r>
    <w:r>
      <w:rPr>
        <w:rFonts w:ascii="Times" w:hAnsi="Times"/>
        <w:b/>
        <w:sz w:val="18"/>
      </w:rPr>
      <w:tab/>
    </w:r>
    <w:proofErr w:type="spellStart"/>
    <w:r w:rsidRPr="009B7445">
      <w:rPr>
        <w:rFonts w:ascii="Times" w:hAnsi="Times"/>
        <w:i/>
        <w:sz w:val="18"/>
      </w:rPr>
      <w:t>Succ.le</w:t>
    </w:r>
    <w:proofErr w:type="spellEnd"/>
    <w:r w:rsidRPr="009B7445">
      <w:rPr>
        <w:rFonts w:ascii="Times" w:hAnsi="Times"/>
        <w:i/>
        <w:sz w:val="18"/>
      </w:rPr>
      <w:t>:</w:t>
    </w:r>
    <w:r w:rsidRPr="009B7445">
      <w:rPr>
        <w:rFonts w:ascii="Times" w:hAnsi="Times"/>
        <w:b/>
        <w:sz w:val="18"/>
      </w:rPr>
      <w:t xml:space="preserve"> V</w:t>
    </w:r>
    <w:r>
      <w:rPr>
        <w:rFonts w:ascii="Times" w:hAnsi="Times"/>
        <w:b/>
        <w:sz w:val="18"/>
      </w:rPr>
      <w:t xml:space="preserve">ia </w:t>
    </w:r>
    <w:proofErr w:type="spellStart"/>
    <w:r>
      <w:rPr>
        <w:rFonts w:ascii="Times" w:hAnsi="Times"/>
        <w:b/>
        <w:sz w:val="18"/>
      </w:rPr>
      <w:t>Pisacane</w:t>
    </w:r>
    <w:proofErr w:type="spellEnd"/>
    <w:r>
      <w:rPr>
        <w:rFonts w:ascii="Times" w:hAnsi="Times"/>
        <w:b/>
        <w:sz w:val="18"/>
      </w:rPr>
      <w:t xml:space="preserve"> 72 – 10127 Torino -</w:t>
    </w:r>
    <w:r>
      <w:rPr>
        <w:rFonts w:ascii="Times" w:hAnsi="Times"/>
        <w:i/>
        <w:sz w:val="18"/>
      </w:rPr>
      <w:t xml:space="preserve"> </w:t>
    </w:r>
    <w:r w:rsidRPr="009B7445">
      <w:rPr>
        <w:rFonts w:ascii="Times" w:hAnsi="Times"/>
        <w:i/>
        <w:sz w:val="18"/>
      </w:rPr>
      <w:t>Tel.</w:t>
    </w:r>
    <w:r w:rsidRPr="009B7445">
      <w:rPr>
        <w:rFonts w:ascii="Times" w:hAnsi="Times"/>
        <w:b/>
        <w:sz w:val="18"/>
      </w:rPr>
      <w:t xml:space="preserve"> 0116820519</w:t>
    </w:r>
  </w:p>
  <w:p w14:paraId="080BB64D" w14:textId="77777777" w:rsidR="00AA48F5" w:rsidRPr="007532FF" w:rsidRDefault="00AA48F5" w:rsidP="00AA48F5">
    <w:pPr>
      <w:pStyle w:val="Intestazione"/>
      <w:tabs>
        <w:tab w:val="left" w:pos="5387"/>
        <w:tab w:val="right" w:pos="8364"/>
      </w:tabs>
      <w:ind w:left="-567" w:right="-568"/>
      <w:rPr>
        <w:rStyle w:val="Collegamentoipertestuale"/>
        <w:rFonts w:ascii="Times" w:hAnsi="Times"/>
      </w:rPr>
    </w:pPr>
    <w:r w:rsidRPr="007532FF">
      <w:rPr>
        <w:rFonts w:ascii="Times" w:hAnsi="Times"/>
        <w:sz w:val="18"/>
      </w:rPr>
      <w:t>email:</w:t>
    </w:r>
    <w:r>
      <w:rPr>
        <w:rFonts w:ascii="Times" w:hAnsi="Times"/>
        <w:b/>
        <w:sz w:val="18"/>
      </w:rPr>
      <w:t xml:space="preserve"> </w:t>
    </w:r>
    <w:hyperlink r:id="rId1" w:history="1">
      <w:r w:rsidRPr="00505537">
        <w:rPr>
          <w:rStyle w:val="Collegamentoipertestuale"/>
          <w:rFonts w:ascii="Times" w:hAnsi="Times"/>
        </w:rPr>
        <w:t>TORI04000L@istruzione.it</w:t>
      </w:r>
    </w:hyperlink>
    <w:r>
      <w:rPr>
        <w:rFonts w:ascii="Times" w:hAnsi="Times"/>
      </w:rPr>
      <w:tab/>
    </w:r>
    <w:r>
      <w:rPr>
        <w:rFonts w:ascii="Times" w:hAnsi="Times"/>
      </w:rPr>
      <w:tab/>
    </w:r>
    <w:r>
      <w:rPr>
        <w:rFonts w:ascii="Times" w:hAnsi="Times"/>
      </w:rPr>
      <w:tab/>
      <w:t xml:space="preserve">PEC: </w:t>
    </w:r>
    <w:hyperlink r:id="rId2" w:history="1">
      <w:r w:rsidRPr="00505537">
        <w:rPr>
          <w:rStyle w:val="Collegamentoipertestuale"/>
          <w:rFonts w:ascii="Times" w:hAnsi="Times"/>
        </w:rPr>
        <w:t>TORI04000L@pec.istruzione.it</w:t>
      </w:r>
    </w:hyperlink>
  </w:p>
  <w:p w14:paraId="008087D4" w14:textId="0B5EF875" w:rsidR="00AA48F5" w:rsidRDefault="00AA48F5">
    <w:pPr>
      <w:pStyle w:val="Pidipagina"/>
    </w:pPr>
  </w:p>
  <w:p w14:paraId="094294CA" w14:textId="77777777" w:rsidR="00AA48F5" w:rsidRDefault="00AA48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2555D" w14:textId="77777777" w:rsidR="00AA48F5" w:rsidRDefault="00AA48F5" w:rsidP="00AA48F5">
      <w:pPr>
        <w:spacing w:after="0" w:line="240" w:lineRule="auto"/>
      </w:pPr>
      <w:r>
        <w:separator/>
      </w:r>
    </w:p>
  </w:footnote>
  <w:footnote w:type="continuationSeparator" w:id="0">
    <w:p w14:paraId="3B86E43F" w14:textId="77777777" w:rsidR="00AA48F5" w:rsidRDefault="00AA48F5" w:rsidP="00AA4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2DB5" w14:textId="7B938A99" w:rsidR="00AA48F5" w:rsidRDefault="00AA48F5">
    <w:pPr>
      <w:pStyle w:val="Intestazione"/>
    </w:pPr>
    <w:r w:rsidRPr="008279AE">
      <w:rPr>
        <w:noProof/>
        <w:lang w:eastAsia="it-IT"/>
      </w:rPr>
      <w:drawing>
        <wp:inline distT="0" distB="0" distL="0" distR="0" wp14:anchorId="5751FD57" wp14:editId="314D3FC1">
          <wp:extent cx="6115050" cy="895350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9901ED"/>
    <w:multiLevelType w:val="multilevel"/>
    <w:tmpl w:val="23AA8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081785"/>
    <w:multiLevelType w:val="multilevel"/>
    <w:tmpl w:val="0AA0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191777"/>
    <w:multiLevelType w:val="multilevel"/>
    <w:tmpl w:val="CD52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09452">
    <w:abstractNumId w:val="8"/>
  </w:num>
  <w:num w:numId="2" w16cid:durableId="1564173426">
    <w:abstractNumId w:val="6"/>
  </w:num>
  <w:num w:numId="3" w16cid:durableId="241112112">
    <w:abstractNumId w:val="5"/>
  </w:num>
  <w:num w:numId="4" w16cid:durableId="779569772">
    <w:abstractNumId w:val="4"/>
  </w:num>
  <w:num w:numId="5" w16cid:durableId="1073743418">
    <w:abstractNumId w:val="7"/>
  </w:num>
  <w:num w:numId="6" w16cid:durableId="829516619">
    <w:abstractNumId w:val="3"/>
  </w:num>
  <w:num w:numId="7" w16cid:durableId="1998607292">
    <w:abstractNumId w:val="2"/>
  </w:num>
  <w:num w:numId="8" w16cid:durableId="771558934">
    <w:abstractNumId w:val="1"/>
  </w:num>
  <w:num w:numId="9" w16cid:durableId="1953704621">
    <w:abstractNumId w:val="0"/>
  </w:num>
  <w:num w:numId="10" w16cid:durableId="1724867407">
    <w:abstractNumId w:val="10"/>
  </w:num>
  <w:num w:numId="11" w16cid:durableId="1648051630">
    <w:abstractNumId w:val="9"/>
  </w:num>
  <w:num w:numId="12" w16cid:durableId="36971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50E"/>
    <w:rsid w:val="0006063C"/>
    <w:rsid w:val="000638E6"/>
    <w:rsid w:val="000901AA"/>
    <w:rsid w:val="000C6868"/>
    <w:rsid w:val="0015074B"/>
    <w:rsid w:val="001A0A0F"/>
    <w:rsid w:val="00211D49"/>
    <w:rsid w:val="0029639D"/>
    <w:rsid w:val="00326F90"/>
    <w:rsid w:val="0044373E"/>
    <w:rsid w:val="00452B70"/>
    <w:rsid w:val="004C780F"/>
    <w:rsid w:val="00527D7D"/>
    <w:rsid w:val="00572C90"/>
    <w:rsid w:val="00682004"/>
    <w:rsid w:val="006C75EE"/>
    <w:rsid w:val="0080278D"/>
    <w:rsid w:val="008E3A06"/>
    <w:rsid w:val="00981429"/>
    <w:rsid w:val="009B4225"/>
    <w:rsid w:val="009C1C1E"/>
    <w:rsid w:val="00A01476"/>
    <w:rsid w:val="00A05FC2"/>
    <w:rsid w:val="00AA1D8D"/>
    <w:rsid w:val="00AA48F5"/>
    <w:rsid w:val="00B47730"/>
    <w:rsid w:val="00B93637"/>
    <w:rsid w:val="00C34730"/>
    <w:rsid w:val="00C75B77"/>
    <w:rsid w:val="00CB0664"/>
    <w:rsid w:val="00CB430C"/>
    <w:rsid w:val="00D061C4"/>
    <w:rsid w:val="00EA05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7D989F"/>
  <w14:defaultImageDpi w14:val="300"/>
  <w15:docId w15:val="{80C7E6D2-51D3-4A7B-BA5F-224CF586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2004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AA48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ORI04000L@pec.istruzione.it" TargetMode="External"/><Relationship Id="rId1" Type="http://schemas.openxmlformats.org/officeDocument/2006/relationships/hyperlink" Target="mailto:TORI040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POERIO Franco</cp:lastModifiedBy>
  <cp:revision>11</cp:revision>
  <cp:lastPrinted>2026-09-16T07:24:00Z</cp:lastPrinted>
  <dcterms:created xsi:type="dcterms:W3CDTF">2026-09-16T07:27:00Z</dcterms:created>
  <dcterms:modified xsi:type="dcterms:W3CDTF">2026-09-18T07:17:00Z</dcterms:modified>
  <cp:category/>
</cp:coreProperties>
</file>